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F9836" w14:textId="77777777" w:rsidR="00821F6B" w:rsidRDefault="00256934">
      <w:pPr>
        <w:spacing w:before="80" w:after="120" w:line="259" w:lineRule="auto"/>
        <w:jc w:val="center"/>
      </w:pPr>
      <w:r>
        <w:rPr>
          <w:noProof/>
        </w:rPr>
        <w:drawing>
          <wp:inline distT="0" distB="0" distL="0" distR="0" wp14:anchorId="1681F844" wp14:editId="131E15A8">
            <wp:extent cx="1051560" cy="10057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C_Official_Logo.png"/>
                    <pic:cNvPicPr/>
                  </pic:nvPicPr>
                  <pic:blipFill>
                    <a:blip r:embed="rId8"/>
                    <a:stretch>
                      <a:fillRect/>
                    </a:stretch>
                  </pic:blipFill>
                  <pic:spPr>
                    <a:xfrm>
                      <a:off x="0" y="0"/>
                      <a:ext cx="1051560" cy="1005753"/>
                    </a:xfrm>
                    <a:prstGeom prst="rect">
                      <a:avLst/>
                    </a:prstGeom>
                  </pic:spPr>
                </pic:pic>
              </a:graphicData>
            </a:graphic>
          </wp:inline>
        </w:drawing>
      </w:r>
    </w:p>
    <w:p w14:paraId="08BF0233" w14:textId="77777777" w:rsidR="00821F6B" w:rsidRDefault="00256934">
      <w:pPr>
        <w:spacing w:before="40" w:after="40" w:line="259" w:lineRule="auto"/>
        <w:jc w:val="center"/>
      </w:pPr>
      <w:r>
        <w:rPr>
          <w:b/>
          <w:color w:val="9D2235"/>
          <w:sz w:val="34"/>
        </w:rPr>
        <w:t>LAS POSITAS COLLEGE</w:t>
      </w:r>
    </w:p>
    <w:p w14:paraId="22C402F2" w14:textId="77777777" w:rsidR="00821F6B" w:rsidRDefault="00256934">
      <w:pPr>
        <w:spacing w:after="160" w:line="259" w:lineRule="auto"/>
        <w:jc w:val="center"/>
      </w:pPr>
      <w:r>
        <w:rPr>
          <w:b/>
          <w:color w:val="222222"/>
          <w:sz w:val="24"/>
        </w:rPr>
        <w:t>STUDENT LIFE &amp; LEADERSHIP</w:t>
      </w:r>
    </w:p>
    <w:p w14:paraId="54B1BC07" w14:textId="77777777" w:rsidR="00821F6B" w:rsidRDefault="00256934">
      <w:pPr>
        <w:spacing w:before="40" w:after="60" w:line="259" w:lineRule="auto"/>
        <w:jc w:val="center"/>
      </w:pPr>
      <w:r>
        <w:rPr>
          <w:b/>
          <w:color w:val="222222"/>
          <w:sz w:val="40"/>
        </w:rPr>
        <w:t>STUDENT CLUB CONSTITUTION TEMPLATE</w:t>
      </w:r>
    </w:p>
    <w:p w14:paraId="418748A3" w14:textId="77777777" w:rsidR="00821F6B" w:rsidRDefault="00256934">
      <w:pPr>
        <w:spacing w:after="320" w:line="259" w:lineRule="auto"/>
        <w:jc w:val="center"/>
      </w:pPr>
      <w:r>
        <w:rPr>
          <w:i/>
          <w:color w:val="5A5A5A"/>
          <w:sz w:val="20"/>
        </w:rPr>
        <w:t>Updated October 2026</w:t>
      </w:r>
    </w:p>
    <w:tbl>
      <w:tblPr>
        <w:tblW w:w="0" w:type="auto"/>
        <w:jc w:val="center"/>
        <w:tblLayout w:type="fixed"/>
        <w:tblLook w:val="04A0" w:firstRow="1" w:lastRow="0" w:firstColumn="1" w:lastColumn="0" w:noHBand="0" w:noVBand="1"/>
      </w:tblPr>
      <w:tblGrid>
        <w:gridCol w:w="10166"/>
      </w:tblGrid>
      <w:tr w:rsidR="00821F6B" w14:paraId="6D3943D3" w14:textId="77777777">
        <w:trPr>
          <w:jc w:val="center"/>
        </w:trPr>
        <w:tc>
          <w:tcPr>
            <w:tcW w:w="10166" w:type="dxa"/>
            <w:shd w:val="clear" w:color="auto" w:fill="F4F1EF"/>
            <w:tcMar>
              <w:top w:w="160" w:type="dxa"/>
              <w:left w:w="190" w:type="dxa"/>
              <w:bottom w:w="160" w:type="dxa"/>
              <w:right w:w="190" w:type="dxa"/>
            </w:tcMar>
          </w:tcPr>
          <w:p w14:paraId="7DFA64DC" w14:textId="77777777" w:rsidR="00821F6B" w:rsidRDefault="00256934">
            <w:pPr>
              <w:spacing w:after="100" w:line="259" w:lineRule="auto"/>
            </w:pPr>
            <w:r>
              <w:rPr>
                <w:b/>
                <w:color w:val="9D2235"/>
                <w:sz w:val="23"/>
              </w:rPr>
              <w:t>Purpose of this template</w:t>
            </w:r>
          </w:p>
          <w:p w14:paraId="09FC4F5A" w14:textId="77777777" w:rsidR="00821F6B" w:rsidRDefault="00256934">
            <w:pPr>
              <w:spacing w:after="120" w:line="269" w:lineRule="auto"/>
            </w:pPr>
            <w:r>
              <w:rPr>
                <w:color w:val="222222"/>
                <w:sz w:val="20"/>
              </w:rPr>
              <w:t xml:space="preserve">A student club constitution establishes the club's purpose, leadership structure, membership rules, meeting </w:t>
            </w:r>
            <w:r>
              <w:rPr>
                <w:color w:val="222222"/>
                <w:sz w:val="20"/>
              </w:rPr>
              <w:t>procedures, election process, financial governance, and method for amending its governing document. Use this template as a starting point and tailor it to the club while maintaining current Las Positas College, Student Life, LPCSG, District, and legal requ</w:t>
            </w:r>
            <w:r>
              <w:rPr>
                <w:color w:val="222222"/>
                <w:sz w:val="20"/>
              </w:rPr>
              <w:t>irements.</w:t>
            </w:r>
          </w:p>
          <w:p w14:paraId="2F7CD3E3" w14:textId="77777777" w:rsidR="00821F6B" w:rsidRDefault="00256934">
            <w:pPr>
              <w:spacing w:after="60" w:line="259" w:lineRule="auto"/>
            </w:pPr>
            <w:r>
              <w:rPr>
                <w:b/>
                <w:color w:val="222222"/>
                <w:sz w:val="20"/>
              </w:rPr>
              <w:t>Before submitting to Student Life:</w:t>
            </w:r>
          </w:p>
          <w:p w14:paraId="62D97B09" w14:textId="77777777" w:rsidR="00821F6B" w:rsidRDefault="00256934">
            <w:pPr>
              <w:spacing w:after="40" w:line="259" w:lineRule="auto"/>
              <w:ind w:left="317" w:hanging="230"/>
            </w:pPr>
            <w:r>
              <w:rPr>
                <w:color w:val="222222"/>
                <w:sz w:val="19"/>
              </w:rPr>
              <w:t>- Complete all bracketed placeholders and remove instructional text that does not apply.</w:t>
            </w:r>
          </w:p>
          <w:p w14:paraId="4C5204BA" w14:textId="77777777" w:rsidR="00821F6B" w:rsidRDefault="00256934">
            <w:pPr>
              <w:spacing w:after="40" w:line="259" w:lineRule="auto"/>
              <w:ind w:left="317" w:hanging="230"/>
            </w:pPr>
            <w:r>
              <w:rPr>
                <w:color w:val="222222"/>
                <w:sz w:val="19"/>
              </w:rPr>
              <w:t>- Confirm the constitution reflects the club's actual officer roles and operating procedures.</w:t>
            </w:r>
          </w:p>
          <w:p w14:paraId="018C2219" w14:textId="77777777" w:rsidR="00821F6B" w:rsidRDefault="00256934">
            <w:pPr>
              <w:spacing w:after="40" w:line="259" w:lineRule="auto"/>
              <w:ind w:left="317" w:hanging="230"/>
            </w:pPr>
            <w:r>
              <w:rPr>
                <w:color w:val="222222"/>
                <w:sz w:val="19"/>
              </w:rPr>
              <w:t>- Approve the constitution t</w:t>
            </w:r>
            <w:r>
              <w:rPr>
                <w:color w:val="222222"/>
                <w:sz w:val="19"/>
              </w:rPr>
              <w:t>hrough the club membership process described in Article XI.</w:t>
            </w:r>
          </w:p>
          <w:p w14:paraId="7804DA57" w14:textId="77777777" w:rsidR="00821F6B" w:rsidRDefault="00256934">
            <w:pPr>
              <w:spacing w:after="40" w:line="259" w:lineRule="auto"/>
              <w:ind w:left="317" w:hanging="230"/>
            </w:pPr>
            <w:r>
              <w:rPr>
                <w:color w:val="222222"/>
                <w:sz w:val="19"/>
              </w:rPr>
              <w:t>- Submit the current constitution to the Student Life Office and review it regularly, including after leadership or policy changes.</w:t>
            </w:r>
          </w:p>
        </w:tc>
      </w:tr>
    </w:tbl>
    <w:p w14:paraId="48EBE392" w14:textId="77777777" w:rsidR="00821F6B" w:rsidRDefault="00256934">
      <w:pPr>
        <w:spacing w:before="300" w:after="40" w:line="259" w:lineRule="auto"/>
        <w:jc w:val="center"/>
      </w:pPr>
      <w:r>
        <w:rPr>
          <w:b/>
          <w:color w:val="9D2235"/>
        </w:rPr>
        <w:t>Student Life Office</w:t>
      </w:r>
    </w:p>
    <w:p w14:paraId="54A3DEF1" w14:textId="77777777" w:rsidR="00256934" w:rsidRDefault="00256934" w:rsidP="00256934">
      <w:pPr>
        <w:spacing w:after="0" w:line="252" w:lineRule="auto"/>
        <w:jc w:val="center"/>
        <w:rPr>
          <w:color w:val="5A5A5A"/>
          <w:sz w:val="19"/>
        </w:rPr>
      </w:pPr>
      <w:r>
        <w:rPr>
          <w:color w:val="5A5A5A"/>
          <w:sz w:val="19"/>
        </w:rPr>
        <w:t xml:space="preserve">Building 1600, Room 1643 | </w:t>
      </w:r>
      <w:r>
        <w:rPr>
          <w:color w:val="5A5A5A"/>
          <w:sz w:val="19"/>
        </w:rPr>
        <w:t>lpc-studentlife@laspositascollege.edu | (925) 424-1490</w:t>
      </w:r>
    </w:p>
    <w:p w14:paraId="53DF42D3" w14:textId="77777777" w:rsidR="00256934" w:rsidRDefault="00256934" w:rsidP="00256934">
      <w:pPr>
        <w:spacing w:after="0" w:line="252" w:lineRule="auto"/>
        <w:jc w:val="center"/>
        <w:rPr>
          <w:color w:val="5A5A5A"/>
          <w:sz w:val="19"/>
        </w:rPr>
      </w:pPr>
    </w:p>
    <w:p w14:paraId="117A8ECC" w14:textId="2DACA914" w:rsidR="00256934" w:rsidRDefault="00256934" w:rsidP="00256934">
      <w:pPr>
        <w:spacing w:after="0" w:line="252" w:lineRule="auto"/>
        <w:jc w:val="center"/>
      </w:pPr>
      <w:r>
        <w:rPr>
          <w:b/>
          <w:color w:val="9D2235"/>
          <w:sz w:val="18"/>
        </w:rPr>
        <w:t xml:space="preserve">Student Life note: </w:t>
      </w:r>
      <w:r>
        <w:rPr>
          <w:i/>
          <w:color w:val="5A5A5A"/>
          <w:sz w:val="18"/>
        </w:rPr>
        <w:t>This template should be reviewed alongside current Student Life and LPCSG requirements. If a current policy or legal requirement conflicts with this template, the current requirement controls.</w:t>
      </w:r>
    </w:p>
    <w:p w14:paraId="65E6375F" w14:textId="25C4EF71" w:rsidR="00821F6B" w:rsidRDefault="00821F6B"/>
    <w:p w14:paraId="016F4E30" w14:textId="77777777" w:rsidR="00256934" w:rsidRDefault="00256934">
      <w:pPr>
        <w:spacing w:before="40" w:line="259" w:lineRule="auto"/>
        <w:jc w:val="center"/>
        <w:rPr>
          <w:b/>
          <w:color w:val="9D2235"/>
          <w:sz w:val="36"/>
        </w:rPr>
      </w:pPr>
    </w:p>
    <w:p w14:paraId="6607DFFD" w14:textId="77777777" w:rsidR="00256934" w:rsidRDefault="00256934">
      <w:pPr>
        <w:spacing w:before="40" w:line="259" w:lineRule="auto"/>
        <w:jc w:val="center"/>
        <w:rPr>
          <w:b/>
          <w:color w:val="9D2235"/>
          <w:sz w:val="36"/>
        </w:rPr>
      </w:pPr>
    </w:p>
    <w:p w14:paraId="52F18ECC" w14:textId="77777777" w:rsidR="00256934" w:rsidRDefault="00256934">
      <w:pPr>
        <w:spacing w:before="40" w:line="259" w:lineRule="auto"/>
        <w:jc w:val="center"/>
        <w:rPr>
          <w:b/>
          <w:color w:val="9D2235"/>
          <w:sz w:val="36"/>
        </w:rPr>
      </w:pPr>
    </w:p>
    <w:p w14:paraId="567C74BD" w14:textId="77777777" w:rsidR="00256934" w:rsidRDefault="00256934">
      <w:pPr>
        <w:spacing w:before="40" w:line="259" w:lineRule="auto"/>
        <w:jc w:val="center"/>
        <w:rPr>
          <w:b/>
          <w:color w:val="9D2235"/>
          <w:sz w:val="36"/>
        </w:rPr>
      </w:pPr>
    </w:p>
    <w:p w14:paraId="6A73D61E" w14:textId="77777777" w:rsidR="00256934" w:rsidRDefault="00256934">
      <w:pPr>
        <w:spacing w:before="40" w:line="259" w:lineRule="auto"/>
        <w:jc w:val="center"/>
        <w:rPr>
          <w:b/>
          <w:color w:val="9D2235"/>
          <w:sz w:val="36"/>
        </w:rPr>
      </w:pPr>
    </w:p>
    <w:p w14:paraId="4CCF64C6" w14:textId="77777777" w:rsidR="00256934" w:rsidRDefault="00256934">
      <w:pPr>
        <w:spacing w:before="40" w:line="259" w:lineRule="auto"/>
        <w:jc w:val="center"/>
        <w:rPr>
          <w:b/>
          <w:color w:val="9D2235"/>
          <w:sz w:val="36"/>
        </w:rPr>
      </w:pPr>
    </w:p>
    <w:p w14:paraId="5035358D" w14:textId="77777777" w:rsidR="00256934" w:rsidRDefault="00256934">
      <w:pPr>
        <w:spacing w:before="40" w:line="259" w:lineRule="auto"/>
        <w:jc w:val="center"/>
        <w:rPr>
          <w:b/>
          <w:color w:val="9D2235"/>
          <w:sz w:val="36"/>
        </w:rPr>
      </w:pPr>
    </w:p>
    <w:p w14:paraId="4BE7194B" w14:textId="4B59D460" w:rsidR="00821F6B" w:rsidRDefault="00256934">
      <w:pPr>
        <w:spacing w:before="40" w:line="259" w:lineRule="auto"/>
        <w:jc w:val="center"/>
      </w:pPr>
      <w:r>
        <w:rPr>
          <w:b/>
          <w:color w:val="9D2235"/>
          <w:sz w:val="36"/>
        </w:rPr>
        <w:lastRenderedPageBreak/>
        <w:t>CLUB CONSTITUTION</w:t>
      </w:r>
    </w:p>
    <w:p w14:paraId="7BC22DA8" w14:textId="13D724D9" w:rsidR="00821F6B" w:rsidRDefault="00256934">
      <w:pPr>
        <w:spacing w:before="40" w:after="100" w:line="264" w:lineRule="auto"/>
      </w:pPr>
      <w:r>
        <w:rPr>
          <w:b/>
          <w:color w:val="222222"/>
        </w:rPr>
        <w:t xml:space="preserve">Club Name: </w:t>
      </w:r>
      <w:sdt>
        <w:sdtPr>
          <w:rPr>
            <w:b/>
            <w:color w:val="222222"/>
          </w:rPr>
          <w:id w:val="2136665901"/>
          <w:placeholder>
            <w:docPart w:val="DefaultPlaceholder_-1854013440"/>
          </w:placeholder>
        </w:sdtPr>
        <w:sdtEndPr>
          <w:rPr>
            <w:b w:val="0"/>
            <w:i/>
            <w:color w:val="9D2235"/>
          </w:rPr>
        </w:sdtEndPr>
        <w:sdtContent>
          <w:r>
            <w:rPr>
              <w:i/>
              <w:color w:val="9D2235"/>
            </w:rPr>
            <w:t>[</w:t>
          </w:r>
          <w:r>
            <w:rPr>
              <w:i/>
              <w:color w:val="9D2235"/>
            </w:rPr>
            <w:t>Enter official club name</w:t>
          </w:r>
          <w:r>
            <w:rPr>
              <w:i/>
              <w:color w:val="9D2235"/>
            </w:rPr>
            <w:t>]</w:t>
          </w:r>
        </w:sdtContent>
      </w:sdt>
    </w:p>
    <w:p w14:paraId="635E76F2" w14:textId="02AD87EF" w:rsidR="00821F6B" w:rsidRDefault="00256934">
      <w:pPr>
        <w:spacing w:before="40" w:after="100" w:line="264" w:lineRule="auto"/>
      </w:pPr>
      <w:r>
        <w:rPr>
          <w:b/>
          <w:color w:val="222222"/>
        </w:rPr>
        <w:t xml:space="preserve">Academic Year / Effective Date: </w:t>
      </w:r>
      <w:sdt>
        <w:sdtPr>
          <w:rPr>
            <w:b/>
            <w:color w:val="222222"/>
          </w:rPr>
          <w:id w:val="-1400358628"/>
          <w:placeholder>
            <w:docPart w:val="DefaultPlaceholder_-1854013440"/>
          </w:placeholder>
        </w:sdtPr>
        <w:sdtEndPr>
          <w:rPr>
            <w:b w:val="0"/>
            <w:i/>
            <w:color w:val="9D2235"/>
          </w:rPr>
        </w:sdtEndPr>
        <w:sdtContent>
          <w:r>
            <w:rPr>
              <w:i/>
              <w:color w:val="9D2235"/>
            </w:rPr>
            <w:t>[Enter year or effective date]</w:t>
          </w:r>
        </w:sdtContent>
      </w:sdt>
    </w:p>
    <w:p w14:paraId="3A0617ED" w14:textId="77777777" w:rsidR="00821F6B" w:rsidRDefault="00256934">
      <w:pPr>
        <w:keepNext/>
        <w:spacing w:before="200" w:after="100" w:line="240" w:lineRule="auto"/>
      </w:pPr>
      <w:r>
        <w:rPr>
          <w:b/>
          <w:color w:val="9D2235"/>
          <w:sz w:val="24"/>
        </w:rPr>
        <w:t>ARTICLE I: NAME AND PURPOSE OF THE CLUB</w:t>
      </w:r>
    </w:p>
    <w:p w14:paraId="16D0BC29" w14:textId="406F1825" w:rsidR="00821F6B" w:rsidRDefault="00256934">
      <w:pPr>
        <w:spacing w:before="40" w:after="100" w:line="269" w:lineRule="auto"/>
      </w:pPr>
      <w:r>
        <w:rPr>
          <w:b/>
          <w:color w:val="222222"/>
        </w:rPr>
        <w:t xml:space="preserve">Section I: </w:t>
      </w:r>
      <w:r>
        <w:rPr>
          <w:color w:val="222222"/>
        </w:rPr>
        <w:t xml:space="preserve">The name of this club shall be </w:t>
      </w:r>
      <w:sdt>
        <w:sdtPr>
          <w:rPr>
            <w:color w:val="222222"/>
          </w:rPr>
          <w:id w:val="33315249"/>
          <w:placeholder>
            <w:docPart w:val="DefaultPlaceholder_-1854013440"/>
          </w:placeholder>
        </w:sdtPr>
        <w:sdtEndPr>
          <w:rPr>
            <w:i/>
            <w:color w:val="9D2235"/>
          </w:rPr>
        </w:sdtEndPr>
        <w:sdtContent>
          <w:r>
            <w:rPr>
              <w:i/>
              <w:color w:val="9D2235"/>
            </w:rPr>
            <w:t>[Enter official club name].</w:t>
          </w:r>
        </w:sdtContent>
      </w:sdt>
    </w:p>
    <w:p w14:paraId="60CF3B4C" w14:textId="1B5835CE" w:rsidR="00821F6B" w:rsidRDefault="00256934">
      <w:pPr>
        <w:spacing w:before="40" w:after="100" w:line="269" w:lineRule="auto"/>
      </w:pPr>
      <w:r>
        <w:rPr>
          <w:b/>
          <w:color w:val="222222"/>
        </w:rPr>
        <w:t xml:space="preserve">Section II: </w:t>
      </w:r>
      <w:r>
        <w:rPr>
          <w:color w:val="222222"/>
        </w:rPr>
        <w:t xml:space="preserve">The club is a </w:t>
      </w:r>
      <w:sdt>
        <w:sdtPr>
          <w:rPr>
            <w:color w:val="222222"/>
          </w:rPr>
          <w:id w:val="1143549139"/>
          <w:placeholder>
            <w:docPart w:val="DefaultPlaceholder_-1854013440"/>
          </w:placeholder>
        </w:sdtPr>
        <w:sdtEndPr>
          <w:rPr>
            <w:i/>
            <w:color w:val="9D2235"/>
          </w:rPr>
        </w:sdtEndPr>
        <w:sdtContent>
          <w:r>
            <w:rPr>
              <w:i/>
              <w:color w:val="9D2235"/>
            </w:rPr>
            <w:t>[social / service / honorary / political / special interest / academic / cultural / recreational / other]</w:t>
          </w:r>
        </w:sdtContent>
      </w:sdt>
    </w:p>
    <w:p w14:paraId="0922BA9D" w14:textId="3AA5B010" w:rsidR="00821F6B" w:rsidRDefault="00256934">
      <w:pPr>
        <w:spacing w:before="40" w:after="100" w:line="269" w:lineRule="auto"/>
      </w:pPr>
      <w:r>
        <w:rPr>
          <w:b/>
          <w:color w:val="222222"/>
        </w:rPr>
        <w:t xml:space="preserve">Section III: </w:t>
      </w:r>
      <w:r>
        <w:rPr>
          <w:color w:val="222222"/>
        </w:rPr>
        <w:t xml:space="preserve">The mission and purpose of this club is to </w:t>
      </w:r>
      <w:sdt>
        <w:sdtPr>
          <w:rPr>
            <w:color w:val="222222"/>
          </w:rPr>
          <w:id w:val="46186851"/>
          <w:placeholder>
            <w:docPart w:val="DefaultPlaceholder_-1854013440"/>
          </w:placeholder>
        </w:sdtPr>
        <w:sdtEndPr>
          <w:rPr>
            <w:i/>
            <w:color w:val="9D2235"/>
          </w:rPr>
        </w:sdtEndPr>
        <w:sdtContent>
          <w:r>
            <w:rPr>
              <w:i/>
              <w:color w:val="9D2235"/>
            </w:rPr>
            <w:t>[Enter th</w:t>
          </w:r>
          <w:r>
            <w:rPr>
              <w:i/>
              <w:color w:val="9D2235"/>
            </w:rPr>
            <w:t>e club mission and purpose]</w:t>
          </w:r>
        </w:sdtContent>
      </w:sdt>
      <w:r>
        <w:rPr>
          <w:i/>
          <w:color w:val="9D2235"/>
        </w:rPr>
        <w:t xml:space="preserve"> at Las Positas College.</w:t>
      </w:r>
    </w:p>
    <w:p w14:paraId="145DD102" w14:textId="77777777" w:rsidR="00821F6B" w:rsidRDefault="00256934">
      <w:pPr>
        <w:keepNext/>
        <w:spacing w:before="200" w:after="100" w:line="240" w:lineRule="auto"/>
      </w:pPr>
      <w:r>
        <w:rPr>
          <w:b/>
          <w:color w:val="9D2235"/>
          <w:sz w:val="24"/>
        </w:rPr>
        <w:t>ARTICLE II: MEMBERSHIP AND MEMBER RIGHTS</w:t>
      </w:r>
    </w:p>
    <w:p w14:paraId="6E280780" w14:textId="77777777" w:rsidR="00821F6B" w:rsidRDefault="00256934">
      <w:pPr>
        <w:spacing w:before="40" w:after="100" w:line="269" w:lineRule="auto"/>
      </w:pPr>
      <w:r>
        <w:rPr>
          <w:b/>
          <w:color w:val="222222"/>
        </w:rPr>
        <w:t xml:space="preserve">Section I: </w:t>
      </w:r>
      <w:r>
        <w:rPr>
          <w:color w:val="222222"/>
        </w:rPr>
        <w:t>Membership in this club shall be open to currently enrolled Las Positas College students in accordance with applicable College and District nondiscrimin</w:t>
      </w:r>
      <w:r>
        <w:rPr>
          <w:color w:val="222222"/>
        </w:rPr>
        <w:t>ation policies and procedures.</w:t>
      </w:r>
    </w:p>
    <w:p w14:paraId="10B4A82C" w14:textId="77777777" w:rsidR="00821F6B" w:rsidRDefault="00256934">
      <w:pPr>
        <w:spacing w:before="40" w:after="100" w:line="269" w:lineRule="auto"/>
      </w:pPr>
      <w:r>
        <w:rPr>
          <w:b/>
          <w:color w:val="222222"/>
        </w:rPr>
        <w:t xml:space="preserve">Section II: </w:t>
      </w:r>
      <w:r>
        <w:rPr>
          <w:color w:val="222222"/>
        </w:rPr>
        <w:t>Voting membership is limited to currently enrolled Las Positas College students who meet any membership requirements established in this constitution and permitted by College and District policy.</w:t>
      </w:r>
    </w:p>
    <w:p w14:paraId="7DA45E65" w14:textId="77777777" w:rsidR="00821F6B" w:rsidRDefault="00256934">
      <w:pPr>
        <w:spacing w:before="40" w:after="100" w:line="269" w:lineRule="auto"/>
      </w:pPr>
      <w:r>
        <w:rPr>
          <w:b/>
          <w:color w:val="222222"/>
        </w:rPr>
        <w:t xml:space="preserve">Section III: </w:t>
      </w:r>
      <w:r>
        <w:rPr>
          <w:color w:val="222222"/>
        </w:rPr>
        <w:t>A me</w:t>
      </w:r>
      <w:r>
        <w:rPr>
          <w:color w:val="222222"/>
        </w:rPr>
        <w:t>mber may be suspended or removed from the club for conduct contrary to this constitution or conduct that materially interferes with the rights of members to participate in the club. Any proposed suspension or removal must be presented in writing. The affec</w:t>
      </w:r>
      <w:r>
        <w:rPr>
          <w:color w:val="222222"/>
        </w:rPr>
        <w:t>ted member shall receive at least twenty-four (24) hours notice of a hearing before the club and an opportunity to respond. Suspension or removal requires a two-thirds (2/3) affirmative vote of the voting members present, provided quorum is met. College gr</w:t>
      </w:r>
      <w:r>
        <w:rPr>
          <w:color w:val="222222"/>
        </w:rPr>
        <w:t>ievance or complaint procedures remain available where applicable.</w:t>
      </w:r>
    </w:p>
    <w:p w14:paraId="25C654A9" w14:textId="77777777" w:rsidR="00821F6B" w:rsidRDefault="00256934">
      <w:pPr>
        <w:keepNext/>
        <w:spacing w:before="200" w:after="100" w:line="240" w:lineRule="auto"/>
      </w:pPr>
      <w:r>
        <w:rPr>
          <w:b/>
          <w:color w:val="9D2235"/>
          <w:sz w:val="24"/>
        </w:rPr>
        <w:t>ARTICLE III: OFFICERS</w:t>
      </w:r>
    </w:p>
    <w:p w14:paraId="44AA968F" w14:textId="77777777" w:rsidR="00821F6B" w:rsidRDefault="00256934">
      <w:pPr>
        <w:spacing w:before="40" w:after="100" w:line="269" w:lineRule="auto"/>
      </w:pPr>
      <w:r>
        <w:rPr>
          <w:b/>
          <w:color w:val="222222"/>
        </w:rPr>
        <w:t xml:space="preserve">Section I: </w:t>
      </w:r>
      <w:r>
        <w:rPr>
          <w:color w:val="222222"/>
        </w:rPr>
        <w:t xml:space="preserve">The elected officers of the club shall be the President, Vice President, Treasurer, Secretary, Club Representative, and any additional officer </w:t>
      </w:r>
      <w:r>
        <w:rPr>
          <w:color w:val="222222"/>
        </w:rPr>
        <w:t>positions established by the club in accordance with current Student Life and LPCSG requirements.</w:t>
      </w:r>
    </w:p>
    <w:p w14:paraId="5F5ECA82" w14:textId="77777777" w:rsidR="00821F6B" w:rsidRDefault="00256934">
      <w:pPr>
        <w:keepNext/>
        <w:spacing w:before="100" w:after="60" w:line="240" w:lineRule="auto"/>
      </w:pPr>
      <w:r>
        <w:rPr>
          <w:b/>
          <w:color w:val="222222"/>
        </w:rPr>
        <w:t>Section II: Powers and Duties of Officers</w:t>
      </w:r>
    </w:p>
    <w:p w14:paraId="528BBFE8" w14:textId="77777777" w:rsidR="00821F6B" w:rsidRDefault="00256934">
      <w:pPr>
        <w:keepLines/>
        <w:spacing w:before="60" w:after="80" w:line="264" w:lineRule="auto"/>
        <w:ind w:left="504" w:hanging="504"/>
      </w:pPr>
      <w:r>
        <w:rPr>
          <w:b/>
          <w:color w:val="222222"/>
        </w:rPr>
        <w:t xml:space="preserve">Clause I: President: </w:t>
      </w:r>
      <w:r>
        <w:rPr>
          <w:color w:val="222222"/>
        </w:rPr>
        <w:t>Presides at club meetings and serves as the official spokesperson for the club. The President r</w:t>
      </w:r>
      <w:r>
        <w:rPr>
          <w:color w:val="222222"/>
        </w:rPr>
        <w:t>epresents the policies, views, and decisions of the club in its relations with the campus and community and performs other duties assigned by the club.</w:t>
      </w:r>
    </w:p>
    <w:p w14:paraId="564E0996" w14:textId="77777777" w:rsidR="00821F6B" w:rsidRDefault="00256934">
      <w:pPr>
        <w:keepLines/>
        <w:spacing w:before="60" w:after="80" w:line="264" w:lineRule="auto"/>
        <w:ind w:left="504" w:hanging="504"/>
      </w:pPr>
      <w:r>
        <w:rPr>
          <w:b/>
          <w:color w:val="222222"/>
        </w:rPr>
        <w:t xml:space="preserve">Clause II: Vice President: </w:t>
      </w:r>
      <w:r>
        <w:rPr>
          <w:color w:val="222222"/>
        </w:rPr>
        <w:t>Presides at club meetings in the absence of the President, performs duties de</w:t>
      </w:r>
      <w:r>
        <w:rPr>
          <w:color w:val="222222"/>
        </w:rPr>
        <w:t>legated by the President or membership, and supports coordination of meetings, activities, and officer transitions.</w:t>
      </w:r>
    </w:p>
    <w:p w14:paraId="0AD2A553" w14:textId="77777777" w:rsidR="00821F6B" w:rsidRDefault="00256934">
      <w:pPr>
        <w:keepLines/>
        <w:spacing w:before="60" w:after="80" w:line="264" w:lineRule="auto"/>
        <w:ind w:left="504" w:hanging="504"/>
      </w:pPr>
      <w:r>
        <w:rPr>
          <w:b/>
          <w:color w:val="222222"/>
        </w:rPr>
        <w:t xml:space="preserve">Clause III: Secretary: </w:t>
      </w:r>
      <w:r>
        <w:rPr>
          <w:color w:val="222222"/>
        </w:rPr>
        <w:t>Prepares and maintains club agendas and minutes, records official actions of the club, maintains club records and cor</w:t>
      </w:r>
      <w:r>
        <w:rPr>
          <w:color w:val="222222"/>
        </w:rPr>
        <w:t>respondence, and ensures required documents are retained and shared as appropriate.</w:t>
      </w:r>
    </w:p>
    <w:p w14:paraId="4E1D0EDC" w14:textId="77777777" w:rsidR="00821F6B" w:rsidRDefault="00256934">
      <w:pPr>
        <w:keepLines/>
        <w:spacing w:before="60" w:after="80" w:line="264" w:lineRule="auto"/>
        <w:ind w:left="504" w:hanging="504"/>
      </w:pPr>
      <w:r>
        <w:rPr>
          <w:b/>
          <w:color w:val="222222"/>
        </w:rPr>
        <w:t xml:space="preserve">Clause IV: Treasurer: </w:t>
      </w:r>
      <w:r>
        <w:rPr>
          <w:color w:val="222222"/>
        </w:rPr>
        <w:t>Maintains club financial records in accordance with College and District procedures, tracks club account activity, provides financial reports to the m</w:t>
      </w:r>
      <w:r>
        <w:rPr>
          <w:color w:val="222222"/>
        </w:rPr>
        <w:t>embership when requested, and helps ensure purchases, reimbursements, deposits, and other transactions follow required approval processes.</w:t>
      </w:r>
    </w:p>
    <w:p w14:paraId="4BCFE01E" w14:textId="77777777" w:rsidR="00821F6B" w:rsidRDefault="00256934">
      <w:pPr>
        <w:keepLines/>
        <w:spacing w:before="60" w:after="80" w:line="264" w:lineRule="auto"/>
        <w:ind w:left="504" w:hanging="504"/>
      </w:pPr>
      <w:r>
        <w:rPr>
          <w:b/>
          <w:color w:val="222222"/>
        </w:rPr>
        <w:lastRenderedPageBreak/>
        <w:t xml:space="preserve">Clause V: Club Representative: </w:t>
      </w:r>
      <w:r>
        <w:rPr>
          <w:color w:val="222222"/>
        </w:rPr>
        <w:t>Serves as the primary club liaison with the Student Life Office and LPCSG. The Club Re</w:t>
      </w:r>
      <w:r>
        <w:rPr>
          <w:color w:val="222222"/>
        </w:rPr>
        <w:t>presentative attends designated club representative meetings, orientations, or trainings when required; communicates relevant deadlines, updates, opportunities, and decisions to the club; and helps the club maintain active status and connection to campus c</w:t>
      </w:r>
      <w:r>
        <w:rPr>
          <w:color w:val="222222"/>
        </w:rPr>
        <w:t>lub resources.</w:t>
      </w:r>
    </w:p>
    <w:p w14:paraId="00D5C2B5" w14:textId="77777777" w:rsidR="00821F6B" w:rsidRDefault="00256934">
      <w:pPr>
        <w:keepNext/>
        <w:spacing w:before="100" w:after="60" w:line="240" w:lineRule="auto"/>
      </w:pPr>
      <w:r>
        <w:rPr>
          <w:b/>
          <w:color w:val="222222"/>
        </w:rPr>
        <w:t>Section III: Officer Qualifications</w:t>
      </w:r>
    </w:p>
    <w:p w14:paraId="239B4B22" w14:textId="77777777" w:rsidR="00821F6B" w:rsidRDefault="00256934">
      <w:pPr>
        <w:keepLines/>
        <w:spacing w:before="60" w:after="80" w:line="264" w:lineRule="auto"/>
        <w:ind w:left="504" w:hanging="504"/>
      </w:pPr>
      <w:r>
        <w:rPr>
          <w:b/>
          <w:color w:val="222222"/>
        </w:rPr>
        <w:t xml:space="preserve">Clause I: Enrollment and academic standing: </w:t>
      </w:r>
      <w:r>
        <w:rPr>
          <w:color w:val="222222"/>
        </w:rPr>
        <w:t>An officer must be a currently enrolled Las Positas College student in good standing at the time of election or appointment and throughout the officer term.</w:t>
      </w:r>
    </w:p>
    <w:p w14:paraId="179E25BB" w14:textId="77777777" w:rsidR="00821F6B" w:rsidRDefault="00256934">
      <w:pPr>
        <w:keepLines/>
        <w:spacing w:before="60" w:after="80" w:line="264" w:lineRule="auto"/>
        <w:ind w:left="504" w:hanging="504"/>
      </w:pPr>
      <w:r>
        <w:rPr>
          <w:b/>
          <w:color w:val="222222"/>
        </w:rPr>
        <w:t>Clau</w:t>
      </w:r>
      <w:r>
        <w:rPr>
          <w:b/>
          <w:color w:val="222222"/>
        </w:rPr>
        <w:t xml:space="preserve">se II: Unit requirement: </w:t>
      </w:r>
      <w:r>
        <w:rPr>
          <w:color w:val="222222"/>
        </w:rPr>
        <w:t xml:space="preserve">An officer must meet the current minimum enrollment requirement established by Student Life and LPCSG. As of this template update, the standard requirement is at least five (5) units at Las Positas College during the officer term, </w:t>
      </w:r>
      <w:r>
        <w:rPr>
          <w:color w:val="222222"/>
        </w:rPr>
        <w:t>subject to any applicable policy-based exception.</w:t>
      </w:r>
    </w:p>
    <w:p w14:paraId="291A35C3" w14:textId="77777777" w:rsidR="00821F6B" w:rsidRDefault="00256934">
      <w:pPr>
        <w:keepLines/>
        <w:spacing w:before="60" w:after="80" w:line="264" w:lineRule="auto"/>
        <w:ind w:left="504" w:hanging="504"/>
      </w:pPr>
      <w:r>
        <w:rPr>
          <w:b/>
          <w:color w:val="222222"/>
        </w:rPr>
        <w:t xml:space="preserve">Clause III: Grade point average: </w:t>
      </w:r>
      <w:r>
        <w:rPr>
          <w:color w:val="222222"/>
        </w:rPr>
        <w:t>An officer must maintain a cumulative grade point average of 2.0 or higher, subject to any applicable policy-based exception.</w:t>
      </w:r>
    </w:p>
    <w:p w14:paraId="6D8D4C39" w14:textId="77777777" w:rsidR="00821F6B" w:rsidRDefault="00256934">
      <w:pPr>
        <w:keepLines/>
        <w:spacing w:before="60" w:after="80" w:line="264" w:lineRule="auto"/>
        <w:ind w:left="504" w:hanging="504"/>
      </w:pPr>
      <w:r>
        <w:rPr>
          <w:b/>
          <w:color w:val="222222"/>
        </w:rPr>
        <w:t xml:space="preserve">Clause IV: Additional eligibility: </w:t>
      </w:r>
      <w:r>
        <w:rPr>
          <w:color w:val="222222"/>
        </w:rPr>
        <w:t>An officer m</w:t>
      </w:r>
      <w:r>
        <w:rPr>
          <w:color w:val="222222"/>
        </w:rPr>
        <w:t>ust satisfy any additional current eligibility requirements established by Student Life, LPCSG, College, District, or applicable law, including home-campus requirements when applicable. Officer eligibility is subject to verification by the Program Coordina</w:t>
      </w:r>
      <w:r>
        <w:rPr>
          <w:color w:val="222222"/>
        </w:rPr>
        <w:t>tor of Student Life and Leadership or designee.</w:t>
      </w:r>
    </w:p>
    <w:p w14:paraId="60B208C0" w14:textId="77777777" w:rsidR="00821F6B" w:rsidRDefault="00256934">
      <w:pPr>
        <w:spacing w:before="40" w:after="100" w:line="269" w:lineRule="auto"/>
      </w:pPr>
      <w:r>
        <w:rPr>
          <w:b/>
          <w:color w:val="222222"/>
        </w:rPr>
        <w:t xml:space="preserve">Section IV: </w:t>
      </w:r>
      <w:r>
        <w:rPr>
          <w:color w:val="222222"/>
        </w:rPr>
        <w:t>A petition signed by one-third (1/3) of the total voting membership may initiate a recall process. The basis for recall must be stated in writing. The affected officer shall receive at least forty</w:t>
      </w:r>
      <w:r>
        <w:rPr>
          <w:color w:val="222222"/>
        </w:rPr>
        <w:t>-eight (48) hours notice of a hearing. A recall election shall be conducted as a special election and requires an affirmative vote of two-thirds (2/3) of the total voting membership.</w:t>
      </w:r>
    </w:p>
    <w:p w14:paraId="29068E7C" w14:textId="77777777" w:rsidR="00821F6B" w:rsidRDefault="00256934">
      <w:pPr>
        <w:spacing w:before="40" w:after="100" w:line="269" w:lineRule="auto"/>
      </w:pPr>
      <w:r>
        <w:rPr>
          <w:b/>
          <w:color w:val="222222"/>
        </w:rPr>
        <w:t xml:space="preserve">Section V: </w:t>
      </w:r>
      <w:r>
        <w:rPr>
          <w:color w:val="222222"/>
        </w:rPr>
        <w:t>If an elected officer is unable to complete the term, the club</w:t>
      </w:r>
      <w:r>
        <w:rPr>
          <w:color w:val="222222"/>
        </w:rPr>
        <w:t xml:space="preserve"> shall conduct a special election or appointment process consistent with this constitution. Any nominee must meet current officer eligibility requirements before assuming office. An officer already holding another position must comply with current restrict</w:t>
      </w:r>
      <w:r>
        <w:rPr>
          <w:color w:val="222222"/>
        </w:rPr>
        <w:t>ions on simultaneous club leadership positions.</w:t>
      </w:r>
    </w:p>
    <w:p w14:paraId="7B94F1A0" w14:textId="77777777" w:rsidR="00821F6B" w:rsidRDefault="00256934">
      <w:pPr>
        <w:keepNext/>
        <w:spacing w:before="200" w:after="100" w:line="240" w:lineRule="auto"/>
      </w:pPr>
      <w:r>
        <w:rPr>
          <w:b/>
          <w:color w:val="9D2235"/>
          <w:sz w:val="24"/>
        </w:rPr>
        <w:t>ARTICLE IV: MEETINGS</w:t>
      </w:r>
    </w:p>
    <w:p w14:paraId="1C068B60" w14:textId="17A58364" w:rsidR="00821F6B" w:rsidRDefault="00256934">
      <w:pPr>
        <w:spacing w:before="40" w:after="100" w:line="269" w:lineRule="auto"/>
      </w:pPr>
      <w:r>
        <w:rPr>
          <w:b/>
          <w:color w:val="222222"/>
        </w:rPr>
        <w:t xml:space="preserve">Section I: </w:t>
      </w:r>
      <w:r>
        <w:rPr>
          <w:color w:val="222222"/>
        </w:rPr>
        <w:t xml:space="preserve">Regular meetings shall be scheduled </w:t>
      </w:r>
      <w:sdt>
        <w:sdtPr>
          <w:rPr>
            <w:color w:val="222222"/>
          </w:rPr>
          <w:id w:val="-2024004238"/>
          <w:placeholder>
            <w:docPart w:val="DefaultPlaceholder_-1854013440"/>
          </w:placeholder>
        </w:sdtPr>
        <w:sdtEndPr>
          <w:rPr>
            <w:i/>
            <w:color w:val="9D2235"/>
          </w:rPr>
        </w:sdtEndPr>
        <w:sdtContent>
          <w:r>
            <w:rPr>
              <w:i/>
              <w:color w:val="9D2235"/>
            </w:rPr>
            <w:t>[weekly / biweekly / monthly / other schedule]</w:t>
          </w:r>
        </w:sdtContent>
      </w:sdt>
      <w:r>
        <w:rPr>
          <w:i/>
          <w:color w:val="9D2235"/>
        </w:rPr>
        <w:t xml:space="preserve"> during</w:t>
      </w:r>
      <w:r>
        <w:rPr>
          <w:i/>
          <w:color w:val="9D2235"/>
        </w:rPr>
        <w:t xml:space="preserve"> the academic year.</w:t>
      </w:r>
    </w:p>
    <w:p w14:paraId="421DAC47" w14:textId="77777777" w:rsidR="00821F6B" w:rsidRDefault="00256934">
      <w:pPr>
        <w:spacing w:before="40" w:after="100" w:line="269" w:lineRule="auto"/>
      </w:pPr>
      <w:r>
        <w:rPr>
          <w:b/>
          <w:color w:val="222222"/>
        </w:rPr>
        <w:t xml:space="preserve">Section II: </w:t>
      </w:r>
      <w:r>
        <w:rPr>
          <w:color w:val="222222"/>
        </w:rPr>
        <w:t xml:space="preserve">Special meetings may be called by an elected </w:t>
      </w:r>
      <w:r>
        <w:rPr>
          <w:color w:val="222222"/>
        </w:rPr>
        <w:t>officer or by five percent (5%) of the voting membership. Members shall receive at least forty-eight (48) hours notice of the date, time, and location of a special meeting, unless a longer notice period is required by current College or District procedure.</w:t>
      </w:r>
    </w:p>
    <w:p w14:paraId="076707CC" w14:textId="77777777" w:rsidR="00821F6B" w:rsidRDefault="00256934">
      <w:pPr>
        <w:spacing w:before="40" w:after="100" w:line="269" w:lineRule="auto"/>
      </w:pPr>
      <w:r>
        <w:rPr>
          <w:b/>
          <w:color w:val="222222"/>
        </w:rPr>
        <w:t xml:space="preserve">Section III: </w:t>
      </w:r>
      <w:r>
        <w:rPr>
          <w:color w:val="222222"/>
        </w:rPr>
        <w:t>Club business and official action may be conducted only when quorum is present and a club advisor or co-advisor is present. Quorum for this club is defined as more than one-half of the voting membership unless the club adopts a higher standar</w:t>
      </w:r>
      <w:r>
        <w:rPr>
          <w:color w:val="222222"/>
        </w:rPr>
        <w:t>d in this constitution.</w:t>
      </w:r>
    </w:p>
    <w:p w14:paraId="16A2D515" w14:textId="77777777" w:rsidR="00821F6B" w:rsidRDefault="00256934">
      <w:pPr>
        <w:spacing w:before="40" w:after="100" w:line="269" w:lineRule="auto"/>
      </w:pPr>
      <w:r>
        <w:rPr>
          <w:b/>
          <w:color w:val="222222"/>
        </w:rPr>
        <w:t xml:space="preserve">Section IV: </w:t>
      </w:r>
      <w:r>
        <w:rPr>
          <w:color w:val="222222"/>
        </w:rPr>
        <w:t>The club shall publicize meeting dates, times, and locations in advance and shall comply with current Student Life requirements for advisor presence, meeting documentation, facility use, and official club activity.</w:t>
      </w:r>
    </w:p>
    <w:p w14:paraId="7FD55467" w14:textId="77777777" w:rsidR="00821F6B" w:rsidRDefault="00256934">
      <w:pPr>
        <w:keepNext/>
        <w:spacing w:before="200" w:after="100" w:line="240" w:lineRule="auto"/>
      </w:pPr>
      <w:r>
        <w:rPr>
          <w:b/>
          <w:color w:val="9D2235"/>
          <w:sz w:val="24"/>
        </w:rPr>
        <w:t>ARTIC</w:t>
      </w:r>
      <w:r>
        <w:rPr>
          <w:b/>
          <w:color w:val="9D2235"/>
          <w:sz w:val="24"/>
        </w:rPr>
        <w:t>LE V: ELECTIONS</w:t>
      </w:r>
    </w:p>
    <w:p w14:paraId="3613E217" w14:textId="77777777" w:rsidR="00821F6B" w:rsidRDefault="00256934">
      <w:pPr>
        <w:spacing w:before="40" w:after="100" w:line="269" w:lineRule="auto"/>
      </w:pPr>
      <w:r>
        <w:rPr>
          <w:b/>
          <w:color w:val="222222"/>
        </w:rPr>
        <w:t xml:space="preserve">Section I: </w:t>
      </w:r>
      <w:r>
        <w:rPr>
          <w:color w:val="222222"/>
        </w:rPr>
        <w:t>Officers shall be elected once each academic year according to the timeline established by the club. The club may hold elections in the spring for the following academic year or at another time identified in this constitution, pr</w:t>
      </w:r>
      <w:r>
        <w:rPr>
          <w:color w:val="222222"/>
        </w:rPr>
        <w:t>ovided current Student Life and LPCSG requirements are met.</w:t>
      </w:r>
    </w:p>
    <w:p w14:paraId="33D54AC6" w14:textId="77777777" w:rsidR="00821F6B" w:rsidRDefault="00256934">
      <w:pPr>
        <w:spacing w:before="40" w:after="100" w:line="269" w:lineRule="auto"/>
      </w:pPr>
      <w:r>
        <w:rPr>
          <w:b/>
          <w:color w:val="222222"/>
        </w:rPr>
        <w:t xml:space="preserve">Section II: </w:t>
      </w:r>
      <w:r>
        <w:rPr>
          <w:color w:val="222222"/>
        </w:rPr>
        <w:t>The club shall announce an officer election to current members at least two (2) weeks before the election is held.</w:t>
      </w:r>
    </w:p>
    <w:p w14:paraId="18A24D2C" w14:textId="77777777" w:rsidR="00821F6B" w:rsidRDefault="00256934">
      <w:pPr>
        <w:spacing w:before="40" w:after="100" w:line="269" w:lineRule="auto"/>
      </w:pPr>
      <w:r>
        <w:rPr>
          <w:b/>
          <w:color w:val="222222"/>
        </w:rPr>
        <w:lastRenderedPageBreak/>
        <w:t xml:space="preserve">Section III: </w:t>
      </w:r>
      <w:r>
        <w:rPr>
          <w:color w:val="222222"/>
        </w:rPr>
        <w:t>Eligible members may self-nominate or nominate another e</w:t>
      </w:r>
      <w:r>
        <w:rPr>
          <w:color w:val="222222"/>
        </w:rPr>
        <w:t>ligible member. Elections shall be conducted fairly, ethically, and in accordance with this constitution. The club advisor shall be present for the election process.</w:t>
      </w:r>
    </w:p>
    <w:p w14:paraId="25775027" w14:textId="77777777" w:rsidR="00821F6B" w:rsidRDefault="00256934">
      <w:pPr>
        <w:keepNext/>
        <w:spacing w:before="200" w:after="100" w:line="240" w:lineRule="auto"/>
      </w:pPr>
      <w:r>
        <w:rPr>
          <w:b/>
          <w:color w:val="9D2235"/>
          <w:sz w:val="24"/>
        </w:rPr>
        <w:t>ARTICLE VI: ADVISORS</w:t>
      </w:r>
    </w:p>
    <w:p w14:paraId="6D4AA05D" w14:textId="19672121" w:rsidR="00821F6B" w:rsidRDefault="00256934">
      <w:pPr>
        <w:spacing w:before="40" w:after="100" w:line="269" w:lineRule="auto"/>
      </w:pPr>
      <w:r>
        <w:rPr>
          <w:b/>
          <w:color w:val="222222"/>
        </w:rPr>
        <w:t xml:space="preserve">Section I: </w:t>
      </w:r>
      <w:r>
        <w:rPr>
          <w:color w:val="222222"/>
        </w:rPr>
        <w:t xml:space="preserve">At least one current Las Positas College employee shall serve as club advisor. The advisor for this club is </w:t>
      </w:r>
      <w:sdt>
        <w:sdtPr>
          <w:rPr>
            <w:color w:val="222222"/>
          </w:rPr>
          <w:id w:val="1222478425"/>
          <w:placeholder>
            <w:docPart w:val="DefaultPlaceholder_-1854013440"/>
          </w:placeholder>
        </w:sdtPr>
        <w:sdtEndPr>
          <w:rPr>
            <w:i/>
            <w:color w:val="9D2235"/>
          </w:rPr>
        </w:sdtEndPr>
        <w:sdtContent>
          <w:r>
            <w:rPr>
              <w:i/>
              <w:color w:val="9D2235"/>
            </w:rPr>
            <w:t>[Enter advisor name and title].</w:t>
          </w:r>
        </w:sdtContent>
      </w:sdt>
    </w:p>
    <w:p w14:paraId="62F6F277" w14:textId="77777777" w:rsidR="00821F6B" w:rsidRDefault="00256934">
      <w:pPr>
        <w:spacing w:before="40" w:after="100" w:line="269" w:lineRule="auto"/>
      </w:pPr>
      <w:r>
        <w:rPr>
          <w:b/>
          <w:color w:val="222222"/>
        </w:rPr>
        <w:t xml:space="preserve">Section II: </w:t>
      </w:r>
      <w:r>
        <w:rPr>
          <w:color w:val="222222"/>
        </w:rPr>
        <w:t>The advisor supports the club by providing guidance, helping officers understand College and District pr</w:t>
      </w:r>
      <w:r>
        <w:rPr>
          <w:color w:val="222222"/>
        </w:rPr>
        <w:t>ocedures, attending official club meetings and activities as required, and supporting continuity, financial accountability, and compliance. The advisor does not replace the decision-making authority of the student membership except where College, District,</w:t>
      </w:r>
      <w:r>
        <w:rPr>
          <w:color w:val="222222"/>
        </w:rPr>
        <w:t xml:space="preserve"> or legal requirements require advisor action or approval.</w:t>
      </w:r>
    </w:p>
    <w:p w14:paraId="36C0A19D" w14:textId="77777777" w:rsidR="00821F6B" w:rsidRDefault="00256934">
      <w:pPr>
        <w:spacing w:before="40" w:after="100" w:line="269" w:lineRule="auto"/>
      </w:pPr>
      <w:r>
        <w:rPr>
          <w:b/>
          <w:color w:val="222222"/>
        </w:rPr>
        <w:t xml:space="preserve">Section III: </w:t>
      </w:r>
      <w:r>
        <w:rPr>
          <w:color w:val="222222"/>
        </w:rPr>
        <w:t>The club may identify one or more co-advisors if permitted by current Student Life procedures. Advisor changes shall be reported to the Student Life Office within the required timefram</w:t>
      </w:r>
      <w:r>
        <w:rPr>
          <w:color w:val="222222"/>
        </w:rPr>
        <w:t>e.</w:t>
      </w:r>
    </w:p>
    <w:p w14:paraId="1704CA78" w14:textId="77777777" w:rsidR="00821F6B" w:rsidRDefault="00256934">
      <w:pPr>
        <w:keepNext/>
        <w:spacing w:before="200" w:after="100" w:line="240" w:lineRule="auto"/>
      </w:pPr>
      <w:r>
        <w:rPr>
          <w:b/>
          <w:color w:val="9D2235"/>
          <w:sz w:val="24"/>
        </w:rPr>
        <w:t>ARTICLE VII: METHOD TO AMEND THE CONSTITUTION</w:t>
      </w:r>
    </w:p>
    <w:p w14:paraId="2DD82D8B" w14:textId="77777777" w:rsidR="00821F6B" w:rsidRDefault="00256934">
      <w:pPr>
        <w:spacing w:before="40" w:after="100" w:line="269" w:lineRule="auto"/>
      </w:pPr>
      <w:r>
        <w:rPr>
          <w:b/>
          <w:color w:val="222222"/>
        </w:rPr>
        <w:t xml:space="preserve">Section I: </w:t>
      </w:r>
      <w:r>
        <w:rPr>
          <w:color w:val="222222"/>
        </w:rPr>
        <w:t>Proposed amendments or changes to this constitution shall be presented in writing to the club at least one meeting before the meeting at which the amendment will be voted on.</w:t>
      </w:r>
    </w:p>
    <w:p w14:paraId="59580011" w14:textId="77777777" w:rsidR="00821F6B" w:rsidRDefault="00256934">
      <w:pPr>
        <w:spacing w:before="40" w:after="100" w:line="269" w:lineRule="auto"/>
      </w:pPr>
      <w:r>
        <w:rPr>
          <w:b/>
          <w:color w:val="222222"/>
        </w:rPr>
        <w:t xml:space="preserve">Section II: </w:t>
      </w:r>
      <w:r>
        <w:rPr>
          <w:color w:val="222222"/>
        </w:rPr>
        <w:t xml:space="preserve">Approval </w:t>
      </w:r>
      <w:r>
        <w:rPr>
          <w:color w:val="222222"/>
        </w:rPr>
        <w:t>by two-thirds (2/3) of the voting members present at a regular club meeting, provided quorum is met, shall adopt the amendment unless this constitution requires a higher threshold. The amendment becomes effective upon approval unless the motion specifies a</w:t>
      </w:r>
      <w:r>
        <w:rPr>
          <w:color w:val="222222"/>
        </w:rPr>
        <w:t xml:space="preserve"> later effective date.</w:t>
      </w:r>
    </w:p>
    <w:p w14:paraId="20076C76" w14:textId="77777777" w:rsidR="00821F6B" w:rsidRDefault="00256934">
      <w:pPr>
        <w:spacing w:before="40" w:after="100" w:line="269" w:lineRule="auto"/>
      </w:pPr>
      <w:r>
        <w:rPr>
          <w:b/>
          <w:color w:val="222222"/>
        </w:rPr>
        <w:t xml:space="preserve">Section III: </w:t>
      </w:r>
      <w:r>
        <w:rPr>
          <w:color w:val="222222"/>
        </w:rPr>
        <w:t>An updated copy of the constitution and any adopted amendments shall be submitted to the Student Life Office. Changes to club leadership, advisor information, or the constitution shall also be reported within the timefra</w:t>
      </w:r>
      <w:r>
        <w:rPr>
          <w:color w:val="222222"/>
        </w:rPr>
        <w:t>me required by current Student Life procedures.</w:t>
      </w:r>
    </w:p>
    <w:p w14:paraId="57D8AE00" w14:textId="77777777" w:rsidR="00821F6B" w:rsidRDefault="00256934">
      <w:pPr>
        <w:keepNext/>
        <w:spacing w:before="200" w:after="100" w:line="240" w:lineRule="auto"/>
      </w:pPr>
      <w:r>
        <w:rPr>
          <w:b/>
          <w:color w:val="9D2235"/>
          <w:sz w:val="24"/>
        </w:rPr>
        <w:t>ARTICLE VIII: DISBURSAL OF CLUB ASSETS</w:t>
      </w:r>
    </w:p>
    <w:p w14:paraId="2E982C9D" w14:textId="77777777" w:rsidR="00821F6B" w:rsidRDefault="00256934">
      <w:pPr>
        <w:spacing w:before="40" w:after="100" w:line="269" w:lineRule="auto"/>
      </w:pPr>
      <w:r>
        <w:rPr>
          <w:b/>
          <w:color w:val="222222"/>
        </w:rPr>
        <w:t xml:space="preserve">Section I: </w:t>
      </w:r>
      <w:r>
        <w:rPr>
          <w:color w:val="222222"/>
        </w:rPr>
        <w:t>If the club becomes deactivated under current Student Life procedures, remaining ASB account balances shall be handled in accordance with current College, Dis</w:t>
      </w:r>
      <w:r>
        <w:rPr>
          <w:color w:val="222222"/>
        </w:rPr>
        <w:t>trict, LPCSG, and applicable legal requirements. Under current Student Life policy, the balance of a deactivated club account reverts to the LPCSG general account unless otherwise provided by applicable policy or law. Unclaimed club property may be managed</w:t>
      </w:r>
      <w:r>
        <w:rPr>
          <w:color w:val="222222"/>
        </w:rPr>
        <w:t xml:space="preserve"> or disposed of by LPCSG in collaboration with the Program Coordinator of Student Life and Leadership.</w:t>
      </w:r>
    </w:p>
    <w:p w14:paraId="1EF44B1E" w14:textId="77777777" w:rsidR="00821F6B" w:rsidRDefault="00256934">
      <w:pPr>
        <w:keepNext/>
        <w:spacing w:before="200" w:after="100" w:line="240" w:lineRule="auto"/>
      </w:pPr>
      <w:r>
        <w:rPr>
          <w:b/>
          <w:color w:val="9D2235"/>
          <w:sz w:val="24"/>
        </w:rPr>
        <w:t>ARTICLE IX: STATEMENT OF AFFILIATION</w:t>
      </w:r>
    </w:p>
    <w:p w14:paraId="1CF28DB3" w14:textId="0DA320C7" w:rsidR="00821F6B" w:rsidRDefault="00256934">
      <w:pPr>
        <w:spacing w:before="40" w:after="100" w:line="269" w:lineRule="auto"/>
      </w:pPr>
      <w:r>
        <w:rPr>
          <w:b/>
          <w:color w:val="222222"/>
        </w:rPr>
        <w:t xml:space="preserve">Section I: </w:t>
      </w:r>
      <w:r>
        <w:rPr>
          <w:color w:val="222222"/>
        </w:rPr>
        <w:t xml:space="preserve">This club is affiliated with </w:t>
      </w:r>
      <w:sdt>
        <w:sdtPr>
          <w:rPr>
            <w:color w:val="222222"/>
          </w:rPr>
          <w:id w:val="-1940285589"/>
          <w:placeholder>
            <w:docPart w:val="DefaultPlaceholder_-1854013440"/>
          </w:placeholder>
        </w:sdtPr>
        <w:sdtEndPr>
          <w:rPr>
            <w:i/>
            <w:color w:val="9D2235"/>
          </w:rPr>
        </w:sdtEndPr>
        <w:sdtContent>
          <w:r>
            <w:rPr>
              <w:i/>
              <w:color w:val="9D2235"/>
            </w:rPr>
            <w:t>[Enter external organization, if any, or state "None"].</w:t>
          </w:r>
        </w:sdtContent>
      </w:sdt>
    </w:p>
    <w:p w14:paraId="2032D0AA" w14:textId="77777777" w:rsidR="00821F6B" w:rsidRDefault="00256934">
      <w:pPr>
        <w:spacing w:before="40" w:after="100" w:line="269" w:lineRule="auto"/>
      </w:pPr>
      <w:r>
        <w:rPr>
          <w:b/>
          <w:color w:val="222222"/>
        </w:rPr>
        <w:t xml:space="preserve">Section II: </w:t>
      </w:r>
      <w:r>
        <w:rPr>
          <w:color w:val="222222"/>
        </w:rPr>
        <w:t>If the c</w:t>
      </w:r>
      <w:r>
        <w:rPr>
          <w:color w:val="222222"/>
        </w:rPr>
        <w:t>lub is affiliated with an external organization, a copy of the external organization's constitution, bylaws, charter, or other governing document shall be filed with the Student Life Office when required.</w:t>
      </w:r>
    </w:p>
    <w:p w14:paraId="587BCBEB" w14:textId="77777777" w:rsidR="00821F6B" w:rsidRDefault="00256934">
      <w:pPr>
        <w:keepNext/>
        <w:spacing w:before="200" w:after="100" w:line="240" w:lineRule="auto"/>
      </w:pPr>
      <w:r>
        <w:rPr>
          <w:b/>
          <w:color w:val="9D2235"/>
          <w:sz w:val="24"/>
        </w:rPr>
        <w:t>ARTICLE X: RULES OF ORDER</w:t>
      </w:r>
    </w:p>
    <w:p w14:paraId="204ADF20" w14:textId="4C2A481E" w:rsidR="00821F6B" w:rsidRDefault="00256934">
      <w:pPr>
        <w:spacing w:before="40" w:after="100" w:line="269" w:lineRule="auto"/>
      </w:pPr>
      <w:r>
        <w:rPr>
          <w:b/>
          <w:color w:val="222222"/>
        </w:rPr>
        <w:t xml:space="preserve">Section I: </w:t>
      </w:r>
      <w:r>
        <w:rPr>
          <w:color w:val="222222"/>
        </w:rPr>
        <w:t>The club adopt</w:t>
      </w:r>
      <w:r>
        <w:rPr>
          <w:color w:val="222222"/>
        </w:rPr>
        <w:t xml:space="preserve">s Robert's Rules of Order Newly Revised as a parliamentary guide unless the club specifies another permitted rules-of-order authority here: </w:t>
      </w:r>
      <w:sdt>
        <w:sdtPr>
          <w:rPr>
            <w:color w:val="222222"/>
          </w:rPr>
          <w:id w:val="440040373"/>
          <w:placeholder>
            <w:docPart w:val="DefaultPlaceholder_-1854013440"/>
          </w:placeholder>
        </w:sdtPr>
        <w:sdtEndPr>
          <w:rPr>
            <w:i/>
            <w:color w:val="9D2235"/>
          </w:rPr>
        </w:sdtEndPr>
        <w:sdtContent>
          <w:r>
            <w:rPr>
              <w:i/>
              <w:color w:val="9D2235"/>
            </w:rPr>
            <w:t>[Enter alternative, if applicable].</w:t>
          </w:r>
        </w:sdtContent>
      </w:sdt>
    </w:p>
    <w:p w14:paraId="735E7F8D" w14:textId="77777777" w:rsidR="00821F6B" w:rsidRDefault="00256934">
      <w:pPr>
        <w:spacing w:before="40" w:after="100" w:line="269" w:lineRule="auto"/>
      </w:pPr>
      <w:r>
        <w:rPr>
          <w:b/>
          <w:color w:val="222222"/>
        </w:rPr>
        <w:t xml:space="preserve">Section II: </w:t>
      </w:r>
      <w:r>
        <w:rPr>
          <w:color w:val="222222"/>
        </w:rPr>
        <w:t>Any matter not directly addressed in this constitution shall be reso</w:t>
      </w:r>
      <w:r>
        <w:rPr>
          <w:color w:val="222222"/>
        </w:rPr>
        <w:t>lved in accordance with the club's adopted rules of order and all applicable College and District policies and procedures, Student Life and LPCSG requirements, California Education Code, and other applicable law. College, District, and legal requirements s</w:t>
      </w:r>
      <w:r>
        <w:rPr>
          <w:color w:val="222222"/>
        </w:rPr>
        <w:t>upersede any conflicting provision in this constitution.</w:t>
      </w:r>
    </w:p>
    <w:p w14:paraId="0B503585" w14:textId="77777777" w:rsidR="00821F6B" w:rsidRDefault="00256934">
      <w:pPr>
        <w:keepNext/>
        <w:spacing w:before="200" w:after="100" w:line="240" w:lineRule="auto"/>
      </w:pPr>
      <w:r>
        <w:rPr>
          <w:b/>
          <w:color w:val="9D2235"/>
          <w:sz w:val="24"/>
        </w:rPr>
        <w:lastRenderedPageBreak/>
        <w:t>ARTICLE XI: APPROVAL</w:t>
      </w:r>
    </w:p>
    <w:p w14:paraId="1F21D502" w14:textId="649079C0" w:rsidR="00821F6B" w:rsidRDefault="00256934">
      <w:pPr>
        <w:spacing w:before="40" w:after="100" w:line="269" w:lineRule="auto"/>
      </w:pPr>
      <w:r>
        <w:rPr>
          <w:b/>
          <w:color w:val="222222"/>
        </w:rPr>
        <w:t xml:space="preserve">Section I: </w:t>
      </w:r>
      <w:r>
        <w:rPr>
          <w:color w:val="222222"/>
        </w:rPr>
        <w:t xml:space="preserve">This constitution was approved by the voting membership of </w:t>
      </w:r>
      <w:sdt>
        <w:sdtPr>
          <w:rPr>
            <w:color w:val="222222"/>
          </w:rPr>
          <w:id w:val="1920828299"/>
          <w:placeholder>
            <w:docPart w:val="DefaultPlaceholder_-1854013440"/>
          </w:placeholder>
        </w:sdtPr>
        <w:sdtEndPr>
          <w:rPr>
            <w:i/>
            <w:color w:val="9D2235"/>
          </w:rPr>
        </w:sdtEndPr>
        <w:sdtContent>
          <w:r>
            <w:rPr>
              <w:i/>
              <w:color w:val="9D2235"/>
            </w:rPr>
            <w:t>[Enter club name]</w:t>
          </w:r>
        </w:sdtContent>
      </w:sdt>
      <w:r>
        <w:rPr>
          <w:i/>
          <w:color w:val="9D2235"/>
        </w:rPr>
        <w:t xml:space="preserve"> on </w:t>
      </w:r>
      <w:sdt>
        <w:sdtPr>
          <w:rPr>
            <w:i/>
            <w:color w:val="9D2235"/>
          </w:rPr>
          <w:id w:val="725032083"/>
          <w:placeholder>
            <w:docPart w:val="DefaultPlaceholder_-1854013440"/>
          </w:placeholder>
        </w:sdtPr>
        <w:sdtContent>
          <w:r>
            <w:rPr>
              <w:i/>
              <w:color w:val="9D2235"/>
            </w:rPr>
            <w:t>[Month Day, Year].</w:t>
          </w:r>
        </w:sdtContent>
      </w:sdt>
      <w:r>
        <w:rPr>
          <w:i/>
          <w:color w:val="9D2235"/>
        </w:rPr>
        <w:t xml:space="preserve"> Approval must be by the club membership in accordance with this cons</w:t>
      </w:r>
      <w:r>
        <w:rPr>
          <w:i/>
          <w:color w:val="9D2235"/>
        </w:rPr>
        <w:t>titution and not solely by the executive officers.</w:t>
      </w:r>
    </w:p>
    <w:p w14:paraId="6FF56F36" w14:textId="77777777" w:rsidR="00821F6B" w:rsidRDefault="00256934">
      <w:pPr>
        <w:keepNext/>
        <w:spacing w:before="160" w:after="100" w:line="259" w:lineRule="auto"/>
      </w:pPr>
      <w:r>
        <w:rPr>
          <w:b/>
          <w:color w:val="9D2235"/>
          <w:sz w:val="22"/>
        </w:rPr>
        <w:t>Club Approval and Submission Record</w:t>
      </w:r>
    </w:p>
    <w:tbl>
      <w:tblPr>
        <w:tblW w:w="0" w:type="auto"/>
        <w:jc w:val="center"/>
        <w:tblLayout w:type="fixed"/>
        <w:tblLook w:val="04A0" w:firstRow="1" w:lastRow="0" w:firstColumn="1" w:lastColumn="0" w:noHBand="0" w:noVBand="1"/>
      </w:tblPr>
      <w:tblGrid>
        <w:gridCol w:w="4896"/>
        <w:gridCol w:w="3389"/>
        <w:gridCol w:w="3389"/>
      </w:tblGrid>
      <w:tr w:rsidR="00821F6B" w14:paraId="2808520C" w14:textId="77777777">
        <w:trPr>
          <w:tblHeader/>
          <w:jc w:val="center"/>
        </w:trPr>
        <w:tc>
          <w:tcPr>
            <w:tcW w:w="3389" w:type="dxa"/>
            <w:shd w:val="clear" w:color="auto" w:fill="9D2235"/>
            <w:tcMar>
              <w:top w:w="100" w:type="dxa"/>
              <w:left w:w="120" w:type="dxa"/>
              <w:bottom w:w="100" w:type="dxa"/>
              <w:right w:w="120" w:type="dxa"/>
            </w:tcMar>
          </w:tcPr>
          <w:p w14:paraId="35B86161" w14:textId="77777777" w:rsidR="00821F6B" w:rsidRDefault="00256934">
            <w:pPr>
              <w:jc w:val="center"/>
            </w:pPr>
            <w:r>
              <w:rPr>
                <w:b/>
                <w:color w:val="FFFFFF"/>
                <w:sz w:val="19"/>
              </w:rPr>
              <w:t>Name / Role</w:t>
            </w:r>
          </w:p>
        </w:tc>
        <w:tc>
          <w:tcPr>
            <w:tcW w:w="3389" w:type="dxa"/>
            <w:shd w:val="clear" w:color="auto" w:fill="9D2235"/>
            <w:tcMar>
              <w:top w:w="100" w:type="dxa"/>
              <w:left w:w="120" w:type="dxa"/>
              <w:bottom w:w="100" w:type="dxa"/>
              <w:right w:w="120" w:type="dxa"/>
            </w:tcMar>
          </w:tcPr>
          <w:p w14:paraId="7D7C9C54" w14:textId="77777777" w:rsidR="00821F6B" w:rsidRDefault="00256934">
            <w:pPr>
              <w:jc w:val="center"/>
            </w:pPr>
            <w:r>
              <w:rPr>
                <w:b/>
                <w:color w:val="FFFFFF"/>
                <w:sz w:val="19"/>
              </w:rPr>
              <w:t>Signature</w:t>
            </w:r>
          </w:p>
        </w:tc>
        <w:tc>
          <w:tcPr>
            <w:tcW w:w="3389" w:type="dxa"/>
            <w:shd w:val="clear" w:color="auto" w:fill="9D2235"/>
            <w:tcMar>
              <w:top w:w="100" w:type="dxa"/>
              <w:left w:w="120" w:type="dxa"/>
              <w:bottom w:w="100" w:type="dxa"/>
              <w:right w:w="120" w:type="dxa"/>
            </w:tcMar>
          </w:tcPr>
          <w:p w14:paraId="30863768" w14:textId="77777777" w:rsidR="00821F6B" w:rsidRDefault="00256934">
            <w:pPr>
              <w:jc w:val="center"/>
            </w:pPr>
            <w:r>
              <w:rPr>
                <w:b/>
                <w:color w:val="FFFFFF"/>
                <w:sz w:val="19"/>
              </w:rPr>
              <w:t>Date</w:t>
            </w:r>
          </w:p>
        </w:tc>
      </w:tr>
      <w:tr w:rsidR="00821F6B" w14:paraId="3F65627A" w14:textId="77777777">
        <w:trPr>
          <w:jc w:val="center"/>
        </w:trPr>
        <w:tc>
          <w:tcPr>
            <w:tcW w:w="4896" w:type="dxa"/>
            <w:tcMar>
              <w:top w:w="160" w:type="dxa"/>
              <w:left w:w="120" w:type="dxa"/>
              <w:bottom w:w="160" w:type="dxa"/>
              <w:right w:w="120" w:type="dxa"/>
            </w:tcMar>
            <w:vAlign w:val="center"/>
          </w:tcPr>
          <w:p w14:paraId="624051DA" w14:textId="77777777" w:rsidR="00821F6B" w:rsidRDefault="00256934">
            <w:r>
              <w:rPr>
                <w:color w:val="222222"/>
                <w:sz w:val="18"/>
              </w:rPr>
              <w:t>Club President</w:t>
            </w:r>
          </w:p>
        </w:tc>
        <w:tc>
          <w:tcPr>
            <w:tcW w:w="2880" w:type="dxa"/>
            <w:tcMar>
              <w:top w:w="160" w:type="dxa"/>
              <w:left w:w="120" w:type="dxa"/>
              <w:bottom w:w="160" w:type="dxa"/>
              <w:right w:w="120" w:type="dxa"/>
            </w:tcMar>
            <w:vAlign w:val="center"/>
          </w:tcPr>
          <w:p w14:paraId="5890FA93" w14:textId="77777777" w:rsidR="00821F6B" w:rsidRDefault="00821F6B"/>
        </w:tc>
        <w:tc>
          <w:tcPr>
            <w:tcW w:w="2016" w:type="dxa"/>
            <w:tcMar>
              <w:top w:w="160" w:type="dxa"/>
              <w:left w:w="120" w:type="dxa"/>
              <w:bottom w:w="160" w:type="dxa"/>
              <w:right w:w="120" w:type="dxa"/>
            </w:tcMar>
            <w:vAlign w:val="center"/>
          </w:tcPr>
          <w:p w14:paraId="4CE9C633" w14:textId="77777777" w:rsidR="00821F6B" w:rsidRDefault="00821F6B"/>
        </w:tc>
      </w:tr>
      <w:tr w:rsidR="00821F6B" w14:paraId="508C8CBB" w14:textId="77777777">
        <w:trPr>
          <w:jc w:val="center"/>
        </w:trPr>
        <w:tc>
          <w:tcPr>
            <w:tcW w:w="4896" w:type="dxa"/>
            <w:tcMar>
              <w:top w:w="160" w:type="dxa"/>
              <w:left w:w="120" w:type="dxa"/>
              <w:bottom w:w="160" w:type="dxa"/>
              <w:right w:w="120" w:type="dxa"/>
            </w:tcMar>
            <w:vAlign w:val="center"/>
          </w:tcPr>
          <w:p w14:paraId="2F7FB4E5" w14:textId="77777777" w:rsidR="00821F6B" w:rsidRDefault="00256934">
            <w:r>
              <w:rPr>
                <w:color w:val="222222"/>
                <w:sz w:val="18"/>
              </w:rPr>
              <w:t>Club Secretary</w:t>
            </w:r>
          </w:p>
        </w:tc>
        <w:tc>
          <w:tcPr>
            <w:tcW w:w="2880" w:type="dxa"/>
            <w:tcMar>
              <w:top w:w="160" w:type="dxa"/>
              <w:left w:w="120" w:type="dxa"/>
              <w:bottom w:w="160" w:type="dxa"/>
              <w:right w:w="120" w:type="dxa"/>
            </w:tcMar>
            <w:vAlign w:val="center"/>
          </w:tcPr>
          <w:p w14:paraId="514B6F1C" w14:textId="77777777" w:rsidR="00821F6B" w:rsidRDefault="00821F6B"/>
        </w:tc>
        <w:tc>
          <w:tcPr>
            <w:tcW w:w="2016" w:type="dxa"/>
            <w:tcMar>
              <w:top w:w="160" w:type="dxa"/>
              <w:left w:w="120" w:type="dxa"/>
              <w:bottom w:w="160" w:type="dxa"/>
              <w:right w:w="120" w:type="dxa"/>
            </w:tcMar>
            <w:vAlign w:val="center"/>
          </w:tcPr>
          <w:p w14:paraId="55F26EAB" w14:textId="77777777" w:rsidR="00821F6B" w:rsidRDefault="00821F6B"/>
        </w:tc>
      </w:tr>
      <w:tr w:rsidR="00821F6B" w14:paraId="5F0ABE3B" w14:textId="77777777">
        <w:trPr>
          <w:jc w:val="center"/>
        </w:trPr>
        <w:tc>
          <w:tcPr>
            <w:tcW w:w="4896" w:type="dxa"/>
            <w:tcMar>
              <w:top w:w="160" w:type="dxa"/>
              <w:left w:w="120" w:type="dxa"/>
              <w:bottom w:w="160" w:type="dxa"/>
              <w:right w:w="120" w:type="dxa"/>
            </w:tcMar>
            <w:vAlign w:val="center"/>
          </w:tcPr>
          <w:p w14:paraId="3AFFD061" w14:textId="77777777" w:rsidR="00821F6B" w:rsidRDefault="00256934">
            <w:r>
              <w:rPr>
                <w:color w:val="222222"/>
                <w:sz w:val="18"/>
              </w:rPr>
              <w:t>Club Advisor</w:t>
            </w:r>
          </w:p>
        </w:tc>
        <w:tc>
          <w:tcPr>
            <w:tcW w:w="2880" w:type="dxa"/>
            <w:tcMar>
              <w:top w:w="160" w:type="dxa"/>
              <w:left w:w="120" w:type="dxa"/>
              <w:bottom w:w="160" w:type="dxa"/>
              <w:right w:w="120" w:type="dxa"/>
            </w:tcMar>
            <w:vAlign w:val="center"/>
          </w:tcPr>
          <w:p w14:paraId="02E9E90A" w14:textId="77777777" w:rsidR="00821F6B" w:rsidRDefault="00821F6B"/>
        </w:tc>
        <w:tc>
          <w:tcPr>
            <w:tcW w:w="2016" w:type="dxa"/>
            <w:tcMar>
              <w:top w:w="160" w:type="dxa"/>
              <w:left w:w="120" w:type="dxa"/>
              <w:bottom w:w="160" w:type="dxa"/>
              <w:right w:w="120" w:type="dxa"/>
            </w:tcMar>
            <w:vAlign w:val="center"/>
          </w:tcPr>
          <w:p w14:paraId="629DE944" w14:textId="77777777" w:rsidR="00821F6B" w:rsidRDefault="00821F6B"/>
        </w:tc>
      </w:tr>
      <w:tr w:rsidR="00821F6B" w14:paraId="4B379ED3" w14:textId="77777777">
        <w:trPr>
          <w:jc w:val="center"/>
        </w:trPr>
        <w:tc>
          <w:tcPr>
            <w:tcW w:w="4896" w:type="dxa"/>
            <w:tcMar>
              <w:top w:w="160" w:type="dxa"/>
              <w:left w:w="120" w:type="dxa"/>
              <w:bottom w:w="160" w:type="dxa"/>
              <w:right w:w="120" w:type="dxa"/>
            </w:tcMar>
            <w:vAlign w:val="center"/>
          </w:tcPr>
          <w:p w14:paraId="3A30B6D3" w14:textId="77777777" w:rsidR="00821F6B" w:rsidRDefault="00256934">
            <w:r>
              <w:rPr>
                <w:color w:val="222222"/>
                <w:sz w:val="18"/>
              </w:rPr>
              <w:t>Student Life Office - Received</w:t>
            </w:r>
          </w:p>
        </w:tc>
        <w:tc>
          <w:tcPr>
            <w:tcW w:w="2880" w:type="dxa"/>
            <w:tcMar>
              <w:top w:w="160" w:type="dxa"/>
              <w:left w:w="120" w:type="dxa"/>
              <w:bottom w:w="160" w:type="dxa"/>
              <w:right w:w="120" w:type="dxa"/>
            </w:tcMar>
            <w:vAlign w:val="center"/>
          </w:tcPr>
          <w:p w14:paraId="79E28AE0" w14:textId="77777777" w:rsidR="00821F6B" w:rsidRDefault="00821F6B"/>
        </w:tc>
        <w:tc>
          <w:tcPr>
            <w:tcW w:w="2016" w:type="dxa"/>
            <w:tcMar>
              <w:top w:w="160" w:type="dxa"/>
              <w:left w:w="120" w:type="dxa"/>
              <w:bottom w:w="160" w:type="dxa"/>
              <w:right w:w="120" w:type="dxa"/>
            </w:tcMar>
            <w:vAlign w:val="center"/>
          </w:tcPr>
          <w:p w14:paraId="02F6A57F" w14:textId="77777777" w:rsidR="00821F6B" w:rsidRDefault="00821F6B"/>
        </w:tc>
      </w:tr>
    </w:tbl>
    <w:p w14:paraId="2FD4EC82" w14:textId="11EECEA7" w:rsidR="00821F6B" w:rsidRDefault="00821F6B">
      <w:pPr>
        <w:spacing w:before="180" w:after="0" w:line="259" w:lineRule="auto"/>
      </w:pPr>
    </w:p>
    <w:sectPr w:rsidR="00821F6B" w:rsidSect="00034616">
      <w:headerReference w:type="default" r:id="rId9"/>
      <w:footerReference w:type="default" r:id="rId10"/>
      <w:pgSz w:w="12240" w:h="15840"/>
      <w:pgMar w:top="893" w:right="1037" w:bottom="893" w:left="103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50FC8" w14:textId="77777777" w:rsidR="00000000" w:rsidRDefault="00256934">
      <w:pPr>
        <w:spacing w:after="0" w:line="240" w:lineRule="auto"/>
      </w:pPr>
      <w:r>
        <w:separator/>
      </w:r>
    </w:p>
  </w:endnote>
  <w:endnote w:type="continuationSeparator" w:id="0">
    <w:p w14:paraId="5209B909" w14:textId="77777777" w:rsidR="00000000" w:rsidRDefault="00256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C448" w14:textId="77777777" w:rsidR="00821F6B" w:rsidRDefault="00256934">
    <w:pPr>
      <w:pStyle w:val="Footer"/>
      <w:jc w:val="center"/>
    </w:pPr>
    <w:r>
      <w:rPr>
        <w:color w:val="5A5A5A"/>
        <w:sz w:val="15"/>
      </w:rPr>
      <w:t xml:space="preserve">Las Positas College Student Life | Building 1600, Room 1643 | (925) 424-1490 | lpc-studentlife@laspositascollege.edu | </w:t>
    </w:r>
    <w:r>
      <w:rPr>
        <w:color w:val="5A5A5A"/>
        <w:sz w:val="15"/>
      </w:rPr>
      <w:fldChar w:fldCharType="begin"/>
    </w:r>
    <w:r>
      <w:rPr>
        <w:color w:val="5A5A5A"/>
        <w:sz w:val="15"/>
      </w:rPr>
      <w:instrText xml:space="preserve"> PAGE </w:instrText>
    </w:r>
    <w:r>
      <w:rPr>
        <w:color w:val="5A5A5A"/>
        <w:sz w:val="15"/>
      </w:rPr>
      <w:fldChar w:fldCharType="separate"/>
    </w:r>
    <w:r>
      <w:rPr>
        <w:noProof/>
        <w:color w:val="5A5A5A"/>
        <w:sz w:val="15"/>
      </w:rPr>
      <w:t>2</w:t>
    </w:r>
    <w:r>
      <w:rPr>
        <w:color w:val="5A5A5A"/>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1966A" w14:textId="77777777" w:rsidR="00000000" w:rsidRDefault="00256934">
      <w:pPr>
        <w:spacing w:after="0" w:line="240" w:lineRule="auto"/>
      </w:pPr>
      <w:r>
        <w:separator/>
      </w:r>
    </w:p>
  </w:footnote>
  <w:footnote w:type="continuationSeparator" w:id="0">
    <w:p w14:paraId="060B9D71" w14:textId="77777777" w:rsidR="00000000" w:rsidRDefault="002569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4A0" w:firstRow="1" w:lastRow="0" w:firstColumn="1" w:lastColumn="0" w:noHBand="0" w:noVBand="1"/>
    </w:tblPr>
    <w:tblGrid>
      <w:gridCol w:w="5040"/>
      <w:gridCol w:w="5040"/>
    </w:tblGrid>
    <w:tr w:rsidR="00821F6B" w14:paraId="1F05CFDF" w14:textId="77777777">
      <w:trPr>
        <w:jc w:val="center"/>
      </w:trPr>
      <w:tc>
        <w:tcPr>
          <w:tcW w:w="5040" w:type="dxa"/>
          <w:tcMar>
            <w:top w:w="0" w:type="dxa"/>
            <w:left w:w="0" w:type="dxa"/>
            <w:bottom w:w="0" w:type="dxa"/>
            <w:right w:w="0" w:type="dxa"/>
          </w:tcMar>
          <w:vAlign w:val="center"/>
        </w:tcPr>
        <w:p w14:paraId="27E358C7" w14:textId="77777777" w:rsidR="00821F6B" w:rsidRDefault="00256934">
          <w:r>
            <w:rPr>
              <w:noProof/>
            </w:rPr>
            <w:drawing>
              <wp:inline distT="0" distB="0" distL="0" distR="0" wp14:anchorId="1924FA20" wp14:editId="3A9C54B3">
                <wp:extent cx="566928" cy="5422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C_Official_Logo.png"/>
                        <pic:cNvPicPr/>
                      </pic:nvPicPr>
                      <pic:blipFill>
                        <a:blip r:embed="rId1"/>
                        <a:stretch>
                          <a:fillRect/>
                        </a:stretch>
                      </pic:blipFill>
                      <pic:spPr>
                        <a:xfrm>
                          <a:off x="0" y="0"/>
                          <a:ext cx="566928" cy="542232"/>
                        </a:xfrm>
                        <a:prstGeom prst="rect">
                          <a:avLst/>
                        </a:prstGeom>
                      </pic:spPr>
                    </pic:pic>
                  </a:graphicData>
                </a:graphic>
              </wp:inline>
            </w:drawing>
          </w:r>
        </w:p>
      </w:tc>
      <w:tc>
        <w:tcPr>
          <w:tcW w:w="5040" w:type="dxa"/>
          <w:tcMar>
            <w:top w:w="0" w:type="dxa"/>
            <w:left w:w="0" w:type="dxa"/>
            <w:bottom w:w="0" w:type="dxa"/>
            <w:right w:w="0" w:type="dxa"/>
          </w:tcMar>
          <w:vAlign w:val="center"/>
        </w:tcPr>
        <w:p w14:paraId="57D199CA" w14:textId="77777777" w:rsidR="00821F6B" w:rsidRDefault="00256934">
          <w:pPr>
            <w:spacing w:after="0" w:line="259" w:lineRule="auto"/>
            <w:jc w:val="right"/>
          </w:pPr>
          <w:r>
            <w:rPr>
              <w:b/>
              <w:color w:val="9D2235"/>
              <w:sz w:val="19"/>
            </w:rPr>
            <w:t>STUDENT LIFE &amp; LEADERSHIP</w:t>
          </w:r>
          <w:r>
            <w:rPr>
              <w:color w:val="5A5A5A"/>
              <w:sz w:val="17"/>
            </w:rPr>
            <w:br/>
            <w:t>Student Club Constitution Template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6934"/>
    <w:rsid w:val="0029639D"/>
    <w:rsid w:val="00326F90"/>
    <w:rsid w:val="00821F6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0A4709"/>
  <w14:defaultImageDpi w14:val="300"/>
  <w15:docId w15:val="{6F3D3F9D-00F8-4766-98E5-A3C6DFD71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25693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A70C0D7F-FF7F-4C00-BDEF-5DD2868E7970}"/>
      </w:docPartPr>
      <w:docPartBody>
        <w:p w:rsidR="00000000" w:rsidRDefault="007D2984">
          <w:r w:rsidRPr="00EF330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984"/>
    <w:rsid w:val="007D2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298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1725</Words>
  <Characters>9837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 Positas College Student Club Constitution Template - Updated 2026</dc:title>
  <dc:subject>Student Life and Leadership student club constitution template</dc:subject>
  <dc:creator>Las Positas College Student Life &amp; Leadership</dc:creator>
  <cp:keywords>Las Positas College, Student Life, clubs, constitution, Club Representative</cp:keywords>
  <dc:description>generated by python-docx</dc:description>
  <cp:lastModifiedBy>Josue A. Hernandez</cp:lastModifiedBy>
  <cp:revision>2</cp:revision>
  <dcterms:created xsi:type="dcterms:W3CDTF">2026-10-01T23:52:00Z</dcterms:created>
  <dcterms:modified xsi:type="dcterms:W3CDTF">2026-10-01T23:52:00Z</dcterms:modified>
  <cp:category/>
</cp:coreProperties>
</file>